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29ADA" w14:textId="0DC796D1" w:rsidR="00CA0ECB" w:rsidRDefault="00975EAE" w:rsidP="000C49D4">
      <w:pPr>
        <w:pStyle w:val="Title"/>
        <w:spacing w:after="0"/>
        <w:jc w:val="center"/>
      </w:pPr>
      <w:r>
        <w:t>Windows</w:t>
      </w:r>
      <w:r w:rsidR="000C49D4">
        <w:t xml:space="preserve"> </w:t>
      </w:r>
      <w:r>
        <w:t>Reset</w:t>
      </w:r>
      <w:r w:rsidR="000C49D4">
        <w:t xml:space="preserve"> </w:t>
      </w:r>
      <w:r>
        <w:t>Guide</w:t>
      </w:r>
    </w:p>
    <w:p w14:paraId="0C8F80BD" w14:textId="311280E8" w:rsidR="000C49D4" w:rsidRDefault="008B19EB" w:rsidP="008B19EB">
      <w:pPr>
        <w:spacing w:after="0" w:line="240" w:lineRule="auto"/>
        <w:jc w:val="center"/>
        <w:rPr>
          <w:rStyle w:val="Heading1Char"/>
        </w:rPr>
      </w:pPr>
      <w:r>
        <w:rPr>
          <w:rStyle w:val="Heading1Char"/>
        </w:rPr>
        <w:t xml:space="preserve">NOTE This process can take </w:t>
      </w:r>
      <w:r w:rsidR="00500475">
        <w:rPr>
          <w:rStyle w:val="Heading1Char"/>
        </w:rPr>
        <w:t xml:space="preserve">an hour or more to complete </w:t>
      </w:r>
      <w:r>
        <w:rPr>
          <w:rStyle w:val="Heading1Char"/>
        </w:rPr>
        <w:t>please make sure the device remains connected to power and internet for the duration of the process</w:t>
      </w:r>
    </w:p>
    <w:p w14:paraId="645C00E7" w14:textId="77777777" w:rsidR="00500475" w:rsidRDefault="00500475" w:rsidP="008B19EB">
      <w:pPr>
        <w:spacing w:after="0" w:line="240" w:lineRule="auto"/>
        <w:jc w:val="center"/>
        <w:rPr>
          <w:rStyle w:val="Heading1Char"/>
        </w:rPr>
      </w:pPr>
    </w:p>
    <w:p w14:paraId="6A142299" w14:textId="2DE000A2" w:rsidR="009D2A2D" w:rsidRDefault="009D2A2D" w:rsidP="000C49D4">
      <w:pPr>
        <w:spacing w:after="0" w:line="240" w:lineRule="auto"/>
        <w:rPr>
          <w:rStyle w:val="Heading1Char"/>
        </w:rPr>
      </w:pPr>
      <w:r>
        <w:rPr>
          <w:rStyle w:val="Heading1Char"/>
        </w:rPr>
        <w:t>Step 1: Power on the PC and sign in with your CSUN email address and password</w:t>
      </w:r>
    </w:p>
    <w:p w14:paraId="70CB1D13" w14:textId="5A647019" w:rsidR="000C49D4" w:rsidRDefault="00975EAE" w:rsidP="000C49D4">
      <w:pPr>
        <w:spacing w:after="0" w:line="240" w:lineRule="auto"/>
      </w:pPr>
      <w:r w:rsidRPr="000C49D4">
        <w:rPr>
          <w:rStyle w:val="Heading1Char"/>
        </w:rPr>
        <w:t xml:space="preserve">Step </w:t>
      </w:r>
      <w:r w:rsidR="009D2A2D">
        <w:rPr>
          <w:rStyle w:val="Heading1Char"/>
        </w:rPr>
        <w:t>2</w:t>
      </w:r>
      <w:r w:rsidRPr="000C49D4">
        <w:rPr>
          <w:rStyle w:val="Heading1Char"/>
        </w:rPr>
        <w:t>: Open the search bar.</w:t>
      </w:r>
      <w:r>
        <w:br/>
        <w:t>Click the search bar at the bottom of the screen.</w:t>
      </w:r>
    </w:p>
    <w:p w14:paraId="6EFFED98" w14:textId="77777777" w:rsidR="000C49D4" w:rsidRDefault="000C49D4" w:rsidP="000C49D4">
      <w:pPr>
        <w:spacing w:after="0" w:line="240" w:lineRule="auto"/>
      </w:pPr>
      <w:r>
        <w:t>Type "Reset this PC" and select the option shown.</w:t>
      </w:r>
    </w:p>
    <w:p w14:paraId="233B9396" w14:textId="3B27554B" w:rsidR="00CA0ECB" w:rsidRDefault="000C49D4" w:rsidP="000C49D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FC72AE1" wp14:editId="678D01C0">
            <wp:extent cx="3944679" cy="2955313"/>
            <wp:effectExtent l="0" t="0" r="5080" b="3810"/>
            <wp:docPr id="1579994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94121" name="Picture 15799941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2653" cy="297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0B1F0" w14:textId="77777777" w:rsidR="000C49D4" w:rsidRDefault="000C49D4" w:rsidP="000C49D4">
      <w:pPr>
        <w:spacing w:after="0" w:line="240" w:lineRule="auto"/>
        <w:rPr>
          <w:rStyle w:val="Heading1Char"/>
        </w:rPr>
      </w:pPr>
    </w:p>
    <w:p w14:paraId="6D6F74D3" w14:textId="19D42F0F" w:rsidR="000C49D4" w:rsidRDefault="00975EAE" w:rsidP="000C49D4">
      <w:pPr>
        <w:spacing w:after="0" w:line="240" w:lineRule="auto"/>
      </w:pPr>
      <w:r w:rsidRPr="000C49D4">
        <w:rPr>
          <w:rStyle w:val="Heading1Char"/>
        </w:rPr>
        <w:t xml:space="preserve">Step </w:t>
      </w:r>
      <w:r w:rsidR="009D2A2D">
        <w:rPr>
          <w:rStyle w:val="Heading1Char"/>
        </w:rPr>
        <w:t>3</w:t>
      </w:r>
      <w:r w:rsidRPr="000C49D4">
        <w:rPr>
          <w:rStyle w:val="Heading1Char"/>
        </w:rPr>
        <w:t>: Start reset.</w:t>
      </w:r>
      <w:r>
        <w:br/>
        <w:t>Click Reset PC.</w:t>
      </w:r>
    </w:p>
    <w:p w14:paraId="01E94049" w14:textId="6035078C" w:rsidR="00CA0ECB" w:rsidRDefault="000C49D4" w:rsidP="000C49D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6D4E40F" wp14:editId="009470D3">
            <wp:extent cx="4040372" cy="2838548"/>
            <wp:effectExtent l="0" t="0" r="0" b="0"/>
            <wp:docPr id="1856843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43459" name="Picture 18568434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8348" cy="285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4F85B" w14:textId="77777777" w:rsidR="00500475" w:rsidRDefault="00500475">
      <w:pPr>
        <w:rPr>
          <w:rStyle w:val="Heading1Char"/>
        </w:rPr>
      </w:pPr>
      <w:r>
        <w:rPr>
          <w:rStyle w:val="Heading1Char"/>
        </w:rPr>
        <w:br w:type="page"/>
      </w:r>
    </w:p>
    <w:p w14:paraId="7C61402B" w14:textId="39E7A22A" w:rsidR="00500475" w:rsidRDefault="00975EAE" w:rsidP="000C49D4">
      <w:pPr>
        <w:spacing w:after="0" w:line="240" w:lineRule="auto"/>
      </w:pPr>
      <w:r w:rsidRPr="000C49D4">
        <w:rPr>
          <w:rStyle w:val="Heading1Char"/>
        </w:rPr>
        <w:lastRenderedPageBreak/>
        <w:t xml:space="preserve">Step </w:t>
      </w:r>
      <w:r w:rsidR="009D2A2D">
        <w:rPr>
          <w:rStyle w:val="Heading1Char"/>
        </w:rPr>
        <w:t>4</w:t>
      </w:r>
      <w:r w:rsidRPr="000C49D4">
        <w:rPr>
          <w:rStyle w:val="Heading1Char"/>
        </w:rPr>
        <w:t>: Choose reset type.</w:t>
      </w:r>
      <w:r>
        <w:br/>
        <w:t>Select Remove everything.</w:t>
      </w:r>
    </w:p>
    <w:p w14:paraId="6C53F407" w14:textId="457032FF" w:rsidR="00CA0ECB" w:rsidRDefault="000C49D4" w:rsidP="0050047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8FEF8BA" wp14:editId="4AC359E5">
            <wp:extent cx="5486400" cy="3854450"/>
            <wp:effectExtent l="0" t="0" r="0" b="6350"/>
            <wp:docPr id="6965610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561083" name="Picture 6965610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FC19" w14:textId="77777777" w:rsidR="000C49D4" w:rsidRDefault="000C49D4" w:rsidP="000C49D4">
      <w:pPr>
        <w:spacing w:after="0" w:line="240" w:lineRule="auto"/>
        <w:rPr>
          <w:rStyle w:val="Heading1Char"/>
        </w:rPr>
      </w:pPr>
    </w:p>
    <w:p w14:paraId="244B2CFA" w14:textId="2FA9C2B0" w:rsidR="00500475" w:rsidRDefault="00975EAE" w:rsidP="000C49D4">
      <w:pPr>
        <w:spacing w:after="0" w:line="240" w:lineRule="auto"/>
      </w:pPr>
      <w:r w:rsidRPr="000C49D4">
        <w:rPr>
          <w:rStyle w:val="Heading1Char"/>
        </w:rPr>
        <w:t xml:space="preserve">Step </w:t>
      </w:r>
      <w:r w:rsidR="009D2A2D">
        <w:rPr>
          <w:rStyle w:val="Heading1Char"/>
        </w:rPr>
        <w:t>5</w:t>
      </w:r>
      <w:r w:rsidRPr="000C49D4">
        <w:rPr>
          <w:rStyle w:val="Heading1Char"/>
        </w:rPr>
        <w:t>: Select rei</w:t>
      </w:r>
      <w:r w:rsidRPr="000C49D4">
        <w:rPr>
          <w:rStyle w:val="Heading1Char"/>
        </w:rPr>
        <w:t>nstall method.</w:t>
      </w:r>
      <w:r>
        <w:br/>
        <w:t xml:space="preserve">Choose </w:t>
      </w:r>
      <w:r w:rsidR="00500475">
        <w:t>“Local reinstall”</w:t>
      </w:r>
    </w:p>
    <w:p w14:paraId="6BC5A3A2" w14:textId="730948AF" w:rsidR="00CA0ECB" w:rsidRDefault="00500475" w:rsidP="00500475">
      <w:pPr>
        <w:spacing w:after="0" w:line="240" w:lineRule="auto"/>
        <w:jc w:val="center"/>
      </w:pPr>
      <w:r w:rsidRPr="003968B8">
        <w:rPr>
          <w:noProof/>
        </w:rPr>
        <w:drawing>
          <wp:inline distT="0" distB="0" distL="0" distR="0" wp14:anchorId="595ECBB0" wp14:editId="7ABD11A2">
            <wp:extent cx="5230026" cy="3476517"/>
            <wp:effectExtent l="0" t="0" r="2540" b="3810"/>
            <wp:docPr id="1759991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99112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6167" cy="356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C000B" w14:textId="77777777" w:rsidR="000C49D4" w:rsidRDefault="000C49D4">
      <w:pPr>
        <w:rPr>
          <w:rStyle w:val="Heading1Char"/>
        </w:rPr>
      </w:pPr>
      <w:r>
        <w:rPr>
          <w:rStyle w:val="Heading1Char"/>
        </w:rPr>
        <w:br w:type="page"/>
      </w:r>
    </w:p>
    <w:p w14:paraId="18236E9F" w14:textId="7642BCC5" w:rsidR="00CA0ECB" w:rsidRDefault="00975EAE" w:rsidP="000C49D4">
      <w:pPr>
        <w:spacing w:after="0" w:line="240" w:lineRule="auto"/>
      </w:pPr>
      <w:r w:rsidRPr="000C49D4">
        <w:rPr>
          <w:rStyle w:val="Heading1Char"/>
        </w:rPr>
        <w:lastRenderedPageBreak/>
        <w:t xml:space="preserve">Step </w:t>
      </w:r>
      <w:r w:rsidR="009D2A2D">
        <w:rPr>
          <w:rStyle w:val="Heading1Char"/>
        </w:rPr>
        <w:t>6</w:t>
      </w:r>
      <w:r w:rsidRPr="000C49D4">
        <w:rPr>
          <w:rStyle w:val="Heading1Char"/>
        </w:rPr>
        <w:t>: Confirm reset.</w:t>
      </w:r>
      <w:r>
        <w:br/>
        <w:t>Click Next</w:t>
      </w:r>
      <w:r w:rsidR="005B5A26">
        <w:t xml:space="preserve"> until you see “Ready to reset this PC”, </w:t>
      </w:r>
      <w:r>
        <w:t>then click Reset to begin.</w:t>
      </w:r>
      <w:r w:rsidR="000C49D4">
        <w:rPr>
          <w:noProof/>
        </w:rPr>
        <w:drawing>
          <wp:inline distT="0" distB="0" distL="0" distR="0" wp14:anchorId="5ADABD91" wp14:editId="4F1D7704">
            <wp:extent cx="3346950" cy="2351388"/>
            <wp:effectExtent l="0" t="0" r="0" b="0"/>
            <wp:docPr id="13630807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80718" name="Picture 13630807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4937" cy="239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49D4">
        <w:rPr>
          <w:noProof/>
        </w:rPr>
        <w:drawing>
          <wp:inline distT="0" distB="0" distL="0" distR="0" wp14:anchorId="5CDC4AB1" wp14:editId="6C82C698">
            <wp:extent cx="3344644" cy="2349767"/>
            <wp:effectExtent l="0" t="0" r="0" b="0"/>
            <wp:docPr id="4301023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2352" name="Picture 43010235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7633" cy="237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28CE5" w14:textId="77777777" w:rsidR="00245E6F" w:rsidRDefault="00245E6F" w:rsidP="000C49D4">
      <w:pPr>
        <w:spacing w:after="0" w:line="240" w:lineRule="auto"/>
        <w:rPr>
          <w:rStyle w:val="Heading1Char"/>
        </w:rPr>
      </w:pPr>
    </w:p>
    <w:p w14:paraId="664396A6" w14:textId="2C8C4451" w:rsidR="000C49D4" w:rsidRPr="00245E6F" w:rsidRDefault="00975EAE" w:rsidP="000C49D4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0C49D4">
        <w:rPr>
          <w:rStyle w:val="Heading1Char"/>
        </w:rPr>
        <w:t xml:space="preserve">Step </w:t>
      </w:r>
      <w:r w:rsidR="009D2A2D">
        <w:rPr>
          <w:rStyle w:val="Heading1Char"/>
        </w:rPr>
        <w:t>7</w:t>
      </w:r>
      <w:r w:rsidRPr="000C49D4">
        <w:rPr>
          <w:rStyle w:val="Heading1Char"/>
        </w:rPr>
        <w:t>: Wait for reset to complete.</w:t>
      </w:r>
      <w:r>
        <w:br/>
        <w:t xml:space="preserve">The reset process </w:t>
      </w:r>
      <w:r w:rsidR="005B5A26">
        <w:t>can take up to an hour or more, make sure you have ample time to leave the device plugged into power and connected to the network.</w:t>
      </w:r>
      <w:r>
        <w:br/>
        <w:t>You will see multiple screens during this process.</w:t>
      </w:r>
    </w:p>
    <w:p w14:paraId="22578B7A" w14:textId="03156154" w:rsidR="00CA0ECB" w:rsidRDefault="000C49D4" w:rsidP="000C49D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3FF103A" wp14:editId="6334FE87">
            <wp:extent cx="3040912" cy="2136381"/>
            <wp:effectExtent l="0" t="0" r="0" b="0"/>
            <wp:docPr id="1358079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943" name="Picture 1358079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5002" cy="214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E5F5FC" wp14:editId="283C18E5">
            <wp:extent cx="3040380" cy="2136008"/>
            <wp:effectExtent l="0" t="0" r="0" b="0"/>
            <wp:docPr id="4894170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17053" name="Picture 48941705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2432" cy="215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983DD2" wp14:editId="64E7FA15">
            <wp:extent cx="3040912" cy="2136381"/>
            <wp:effectExtent l="0" t="0" r="0" b="0"/>
            <wp:docPr id="1878587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8743" name="Picture 18785874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70388" cy="215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326D882B" w14:textId="77777777" w:rsidR="00245E6F" w:rsidRDefault="00245E6F">
      <w:pPr>
        <w:rPr>
          <w:rStyle w:val="Heading1Char"/>
        </w:rPr>
      </w:pPr>
      <w:r>
        <w:rPr>
          <w:rStyle w:val="Heading1Char"/>
        </w:rPr>
        <w:br w:type="page"/>
      </w:r>
    </w:p>
    <w:p w14:paraId="32045952" w14:textId="684B8635" w:rsidR="000C49D4" w:rsidRDefault="00975EAE" w:rsidP="000C49D4">
      <w:pPr>
        <w:spacing w:after="0" w:line="240" w:lineRule="auto"/>
      </w:pPr>
      <w:r w:rsidRPr="000C49D4">
        <w:rPr>
          <w:rStyle w:val="Heading1Char"/>
        </w:rPr>
        <w:lastRenderedPageBreak/>
        <w:t xml:space="preserve">Step </w:t>
      </w:r>
      <w:r w:rsidR="009D2A2D">
        <w:rPr>
          <w:rStyle w:val="Heading1Char"/>
        </w:rPr>
        <w:t>8</w:t>
      </w:r>
      <w:r w:rsidRPr="000C49D4">
        <w:rPr>
          <w:rStyle w:val="Heading1Char"/>
        </w:rPr>
        <w:t>: Finish.</w:t>
      </w:r>
      <w:r>
        <w:br/>
        <w:t>When you see the Select region screen, the reset is complete.</w:t>
      </w:r>
    </w:p>
    <w:p w14:paraId="4CC6E43E" w14:textId="5D1983BB" w:rsidR="000C49D4" w:rsidRDefault="000C49D4" w:rsidP="000C49D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E9EBEEC" wp14:editId="7E881432">
            <wp:extent cx="3414319" cy="2398717"/>
            <wp:effectExtent l="0" t="0" r="2540" b="1905"/>
            <wp:docPr id="7158283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28385" name="Picture 71582838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53870" cy="242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4402D5F" w14:textId="77777777" w:rsidR="000C49D4" w:rsidRDefault="000C49D4" w:rsidP="000C49D4">
      <w:pPr>
        <w:spacing w:after="0" w:line="240" w:lineRule="auto"/>
        <w:jc w:val="center"/>
      </w:pPr>
    </w:p>
    <w:p w14:paraId="138E8643" w14:textId="4D09AE80" w:rsidR="00B81264" w:rsidRDefault="00975EAE" w:rsidP="000C49D4">
      <w:pPr>
        <w:spacing w:after="0" w:line="240" w:lineRule="auto"/>
        <w:jc w:val="center"/>
        <w:rPr>
          <w:b/>
          <w:bCs/>
          <w:i/>
          <w:iCs/>
        </w:rPr>
      </w:pPr>
      <w:r w:rsidRPr="000C49D4">
        <w:rPr>
          <w:b/>
          <w:bCs/>
          <w:i/>
          <w:iCs/>
        </w:rPr>
        <w:t xml:space="preserve">NOTE: If you are returning the </w:t>
      </w:r>
      <w:r w:rsidRPr="000C49D4">
        <w:rPr>
          <w:b/>
          <w:bCs/>
          <w:i/>
          <w:iCs/>
        </w:rPr>
        <w:t>device, stop here.</w:t>
      </w:r>
      <w:r w:rsidRPr="000C49D4">
        <w:rPr>
          <w:b/>
          <w:bCs/>
          <w:i/>
          <w:iCs/>
        </w:rPr>
        <w:br/>
        <w:t>If you are keeping the device, continue with setup.</w:t>
      </w:r>
    </w:p>
    <w:p w14:paraId="7FB2E453" w14:textId="77777777" w:rsidR="00B81264" w:rsidRDefault="00B81264" w:rsidP="000C49D4">
      <w:pPr>
        <w:spacing w:after="0" w:line="240" w:lineRule="auto"/>
        <w:jc w:val="center"/>
        <w:rPr>
          <w:b/>
          <w:bCs/>
          <w:i/>
          <w:iCs/>
        </w:rPr>
      </w:pPr>
    </w:p>
    <w:p w14:paraId="3E618CEF" w14:textId="77777777" w:rsidR="00500475" w:rsidRDefault="00500475" w:rsidP="00B81264">
      <w:pPr>
        <w:spacing w:after="0" w:line="240" w:lineRule="auto"/>
        <w:jc w:val="center"/>
        <w:rPr>
          <w:b/>
          <w:bCs/>
          <w:i/>
          <w:iCs/>
        </w:rPr>
      </w:pPr>
    </w:p>
    <w:p w14:paraId="1B547893" w14:textId="77777777" w:rsidR="00500475" w:rsidRDefault="00500475" w:rsidP="00500475">
      <w:pPr>
        <w:pStyle w:val="Title"/>
        <w:jc w:val="center"/>
      </w:pPr>
      <w:r>
        <w:t>Troubleshooting Common Issues</w:t>
      </w:r>
    </w:p>
    <w:p w14:paraId="684E29E9" w14:textId="77777777" w:rsidR="009624C9" w:rsidRPr="009624C9" w:rsidRDefault="009624C9" w:rsidP="009624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4C9">
        <w:rPr>
          <w:rFonts w:ascii="Times New Roman" w:eastAsia="Times New Roman" w:hAnsi="Times New Roman" w:cs="Times New Roman"/>
          <w:b/>
          <w:bCs/>
          <w:sz w:val="24"/>
          <w:szCs w:val="24"/>
        </w:rPr>
        <w:t>The computer failed to reset, displayed an error during the process, or appears stuck resetting.</w:t>
      </w:r>
      <w:r w:rsidRPr="009624C9">
        <w:rPr>
          <w:rFonts w:ascii="Times New Roman" w:eastAsia="Times New Roman" w:hAnsi="Times New Roman" w:cs="Times New Roman"/>
          <w:sz w:val="24"/>
          <w:szCs w:val="24"/>
        </w:rPr>
        <w:br/>
        <w:t>a. Return the device to the library and inform staff that the reset process failed.</w:t>
      </w:r>
    </w:p>
    <w:p w14:paraId="19AABB2B" w14:textId="77777777" w:rsidR="009624C9" w:rsidRPr="009624C9" w:rsidRDefault="009624C9" w:rsidP="009624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4C9">
        <w:rPr>
          <w:rFonts w:ascii="Times New Roman" w:eastAsia="Times New Roman" w:hAnsi="Times New Roman" w:cs="Times New Roman"/>
          <w:b/>
          <w:bCs/>
          <w:sz w:val="24"/>
          <w:szCs w:val="24"/>
        </w:rPr>
        <w:t>I received a message stating administrator access is required to reset the computer.</w:t>
      </w:r>
      <w:r w:rsidRPr="009624C9">
        <w:rPr>
          <w:rFonts w:ascii="Times New Roman" w:eastAsia="Times New Roman" w:hAnsi="Times New Roman" w:cs="Times New Roman"/>
          <w:sz w:val="24"/>
          <w:szCs w:val="24"/>
        </w:rPr>
        <w:br/>
        <w:t>a. Return the device to the library and inform staff that the reset process failed.</w:t>
      </w:r>
    </w:p>
    <w:p w14:paraId="0478E792" w14:textId="77777777" w:rsidR="00500475" w:rsidRDefault="00500475" w:rsidP="009624C9">
      <w:pPr>
        <w:spacing w:after="0" w:line="240" w:lineRule="auto"/>
      </w:pPr>
    </w:p>
    <w:p w14:paraId="3903A6E6" w14:textId="77777777" w:rsidR="00500475" w:rsidRDefault="00500475" w:rsidP="00500475">
      <w:pPr>
        <w:spacing w:after="0" w:line="240" w:lineRule="auto"/>
        <w:ind w:left="1080"/>
      </w:pPr>
    </w:p>
    <w:p w14:paraId="2CEFDB75" w14:textId="77777777" w:rsidR="00500475" w:rsidRDefault="00500475" w:rsidP="00500475">
      <w:pPr>
        <w:spacing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Please contact the IT Help Center if you run into any issues resetting your device.</w:t>
      </w:r>
    </w:p>
    <w:p w14:paraId="08C2DA7E" w14:textId="77777777" w:rsidR="00500475" w:rsidRDefault="00500475" w:rsidP="00500475">
      <w:pPr>
        <w:spacing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818-677-1400</w:t>
      </w:r>
    </w:p>
    <w:p w14:paraId="50677B3E" w14:textId="77777777" w:rsidR="00500475" w:rsidRPr="00500475" w:rsidRDefault="00500475" w:rsidP="00500475">
      <w:pPr>
        <w:spacing w:after="0" w:line="240" w:lineRule="auto"/>
        <w:ind w:left="1080"/>
      </w:pPr>
    </w:p>
    <w:sectPr w:rsidR="00500475" w:rsidRPr="00500475" w:rsidSect="000C49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765C4C"/>
    <w:multiLevelType w:val="multilevel"/>
    <w:tmpl w:val="25B4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F1150A"/>
    <w:multiLevelType w:val="hybridMultilevel"/>
    <w:tmpl w:val="969A3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9D4"/>
    <w:rsid w:val="0015074B"/>
    <w:rsid w:val="001F29CA"/>
    <w:rsid w:val="00245E6F"/>
    <w:rsid w:val="0029639D"/>
    <w:rsid w:val="002B1AF3"/>
    <w:rsid w:val="00326F90"/>
    <w:rsid w:val="004E084E"/>
    <w:rsid w:val="00500475"/>
    <w:rsid w:val="005B5A26"/>
    <w:rsid w:val="008B19EB"/>
    <w:rsid w:val="009624C9"/>
    <w:rsid w:val="00975EAE"/>
    <w:rsid w:val="009D2A2D"/>
    <w:rsid w:val="00AA1D8D"/>
    <w:rsid w:val="00B1209F"/>
    <w:rsid w:val="00B47730"/>
    <w:rsid w:val="00B81264"/>
    <w:rsid w:val="00C40542"/>
    <w:rsid w:val="00CA0EC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AF5AB4"/>
  <w14:defaultImageDpi w14:val="300"/>
  <w15:docId w15:val="{8690F966-6A95-1249-8FC1-DFAE0D85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1">
    <w:name w:val="s1"/>
    <w:basedOn w:val="DefaultParagraphFont"/>
    <w:rsid w:val="00962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Castaneda, Gabriel</cp:lastModifiedBy>
  <cp:revision>2</cp:revision>
  <dcterms:created xsi:type="dcterms:W3CDTF">2026-08-28T17:46:00Z</dcterms:created>
  <dcterms:modified xsi:type="dcterms:W3CDTF">2026-08-28T17:46:00Z</dcterms:modified>
  <cp:category/>
</cp:coreProperties>
</file>